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73CE2E" w14:textId="77777777" w:rsidR="008A313D" w:rsidRPr="00DA3962" w:rsidRDefault="00161FA7">
      <w:pPr>
        <w:jc w:val="center"/>
        <w:rPr>
          <w:lang w:val="ru-RU"/>
        </w:rPr>
      </w:pPr>
      <w:r w:rsidRPr="00DA3962">
        <w:rPr>
          <w:rFonts w:ascii="Times New Roman" w:hAnsi="Times New Roman"/>
          <w:b/>
          <w:sz w:val="28"/>
          <w:lang w:val="ru-RU"/>
        </w:rPr>
        <w:t>Требования к компьютерам для проведения олимпиады</w:t>
      </w:r>
      <w:r w:rsidRPr="00DA3962">
        <w:rPr>
          <w:rFonts w:ascii="Times New Roman" w:hAnsi="Times New Roman"/>
          <w:b/>
          <w:sz w:val="28"/>
          <w:lang w:val="ru-RU"/>
        </w:rPr>
        <w:br/>
        <w:t xml:space="preserve">на платформе Яндекс </w:t>
      </w:r>
      <w:proofErr w:type="spellStart"/>
      <w:r w:rsidRPr="00DA3962">
        <w:rPr>
          <w:rFonts w:ascii="Times New Roman" w:hAnsi="Times New Roman"/>
          <w:b/>
          <w:sz w:val="28"/>
          <w:lang w:val="ru-RU"/>
        </w:rPr>
        <w:t>Контест</w:t>
      </w:r>
      <w:proofErr w:type="spellEnd"/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2324"/>
        <w:gridCol w:w="3572"/>
        <w:gridCol w:w="3572"/>
      </w:tblGrid>
      <w:tr w:rsidR="008A313D" w14:paraId="7B92C4CE" w14:textId="77777777">
        <w:trPr>
          <w:jc w:val="center"/>
        </w:trPr>
        <w:tc>
          <w:tcPr>
            <w:tcW w:w="2324" w:type="dxa"/>
            <w:shd w:val="clear" w:color="auto" w:fill="D9EAF7"/>
            <w:vAlign w:val="center"/>
          </w:tcPr>
          <w:p w14:paraId="5EB9BBE3" w14:textId="77777777" w:rsidR="008A313D" w:rsidRDefault="00161FA7">
            <w:pPr>
              <w:jc w:val="center"/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Параметр</w:t>
            </w:r>
            <w:proofErr w:type="spellEnd"/>
          </w:p>
        </w:tc>
        <w:tc>
          <w:tcPr>
            <w:tcW w:w="3572" w:type="dxa"/>
            <w:shd w:val="clear" w:color="auto" w:fill="D9EAF7"/>
            <w:vAlign w:val="center"/>
          </w:tcPr>
          <w:p w14:paraId="1669D300" w14:textId="77777777" w:rsidR="008A313D" w:rsidRDefault="00161FA7"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Минимальные требования</w:t>
            </w:r>
          </w:p>
        </w:tc>
        <w:tc>
          <w:tcPr>
            <w:tcW w:w="3572" w:type="dxa"/>
            <w:shd w:val="clear" w:color="auto" w:fill="D9EAF7"/>
            <w:vAlign w:val="center"/>
          </w:tcPr>
          <w:p w14:paraId="74D0712D" w14:textId="77777777" w:rsidR="008A313D" w:rsidRDefault="00161FA7"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Рекомендуемые требования</w:t>
            </w:r>
          </w:p>
        </w:tc>
      </w:tr>
      <w:tr w:rsidR="008A313D" w14:paraId="20393AB2" w14:textId="77777777">
        <w:trPr>
          <w:jc w:val="center"/>
        </w:trPr>
        <w:tc>
          <w:tcPr>
            <w:tcW w:w="2324" w:type="dxa"/>
            <w:vAlign w:val="center"/>
          </w:tcPr>
          <w:p w14:paraId="4894FD9C" w14:textId="77777777" w:rsidR="008A313D" w:rsidRDefault="00161FA7">
            <w:r>
              <w:rPr>
                <w:rFonts w:ascii="Times New Roman" w:hAnsi="Times New Roman"/>
                <w:sz w:val="20"/>
              </w:rPr>
              <w:t>Процессор</w:t>
            </w:r>
          </w:p>
        </w:tc>
        <w:tc>
          <w:tcPr>
            <w:tcW w:w="3572" w:type="dxa"/>
            <w:vAlign w:val="center"/>
          </w:tcPr>
          <w:p w14:paraId="16D21D5F" w14:textId="77777777" w:rsidR="008A313D" w:rsidRDefault="00161FA7">
            <w:r>
              <w:rPr>
                <w:rFonts w:ascii="Times New Roman" w:hAnsi="Times New Roman"/>
                <w:sz w:val="20"/>
              </w:rPr>
              <w:t>2-ядерный, 2.0 ГГц</w:t>
            </w:r>
          </w:p>
        </w:tc>
        <w:tc>
          <w:tcPr>
            <w:tcW w:w="3572" w:type="dxa"/>
            <w:vAlign w:val="center"/>
          </w:tcPr>
          <w:p w14:paraId="15BD74DF" w14:textId="77777777" w:rsidR="008A313D" w:rsidRDefault="00161FA7">
            <w:r>
              <w:rPr>
                <w:rFonts w:ascii="Times New Roman" w:hAnsi="Times New Roman"/>
                <w:sz w:val="20"/>
              </w:rPr>
              <w:t>Intel Core i3 / AMD Ryzen 3 или выше</w:t>
            </w:r>
          </w:p>
        </w:tc>
      </w:tr>
      <w:tr w:rsidR="008A313D" w14:paraId="0D9C6360" w14:textId="77777777">
        <w:trPr>
          <w:jc w:val="center"/>
        </w:trPr>
        <w:tc>
          <w:tcPr>
            <w:tcW w:w="2324" w:type="dxa"/>
            <w:vAlign w:val="center"/>
          </w:tcPr>
          <w:p w14:paraId="4E8D9488" w14:textId="77777777" w:rsidR="008A313D" w:rsidRDefault="00161FA7">
            <w:r>
              <w:rPr>
                <w:rFonts w:ascii="Times New Roman" w:hAnsi="Times New Roman"/>
                <w:sz w:val="20"/>
              </w:rPr>
              <w:t>Оперативная память</w:t>
            </w:r>
          </w:p>
        </w:tc>
        <w:tc>
          <w:tcPr>
            <w:tcW w:w="3572" w:type="dxa"/>
            <w:vAlign w:val="center"/>
          </w:tcPr>
          <w:p w14:paraId="28880564" w14:textId="77777777" w:rsidR="008A313D" w:rsidRDefault="00161FA7">
            <w:r>
              <w:rPr>
                <w:rFonts w:ascii="Times New Roman" w:hAnsi="Times New Roman"/>
                <w:sz w:val="20"/>
              </w:rPr>
              <w:t>4 ГБ</w:t>
            </w:r>
          </w:p>
        </w:tc>
        <w:tc>
          <w:tcPr>
            <w:tcW w:w="3572" w:type="dxa"/>
            <w:vAlign w:val="center"/>
          </w:tcPr>
          <w:p w14:paraId="05439AF5" w14:textId="77777777" w:rsidR="008A313D" w:rsidRDefault="00161FA7">
            <w:r>
              <w:rPr>
                <w:rFonts w:ascii="Times New Roman" w:hAnsi="Times New Roman"/>
                <w:sz w:val="20"/>
              </w:rPr>
              <w:t>8 ГБ и более</w:t>
            </w:r>
          </w:p>
        </w:tc>
      </w:tr>
      <w:tr w:rsidR="008A313D" w14:paraId="5CDEB210" w14:textId="77777777">
        <w:trPr>
          <w:jc w:val="center"/>
        </w:trPr>
        <w:tc>
          <w:tcPr>
            <w:tcW w:w="2324" w:type="dxa"/>
            <w:vAlign w:val="center"/>
          </w:tcPr>
          <w:p w14:paraId="439D2075" w14:textId="77777777" w:rsidR="008A313D" w:rsidRDefault="00161FA7">
            <w:r>
              <w:rPr>
                <w:rFonts w:ascii="Times New Roman" w:hAnsi="Times New Roman"/>
                <w:sz w:val="20"/>
              </w:rPr>
              <w:t>Свободное место на диске</w:t>
            </w:r>
          </w:p>
        </w:tc>
        <w:tc>
          <w:tcPr>
            <w:tcW w:w="3572" w:type="dxa"/>
            <w:vAlign w:val="center"/>
          </w:tcPr>
          <w:p w14:paraId="7DF30663" w14:textId="77777777" w:rsidR="008A313D" w:rsidRDefault="00161FA7">
            <w:r>
              <w:rPr>
                <w:rFonts w:ascii="Times New Roman" w:hAnsi="Times New Roman"/>
                <w:sz w:val="20"/>
              </w:rPr>
              <w:t>5 ГБ</w:t>
            </w:r>
          </w:p>
        </w:tc>
        <w:tc>
          <w:tcPr>
            <w:tcW w:w="3572" w:type="dxa"/>
            <w:vAlign w:val="center"/>
          </w:tcPr>
          <w:p w14:paraId="6F48F4A8" w14:textId="77777777" w:rsidR="008A313D" w:rsidRDefault="00161FA7">
            <w:r>
              <w:rPr>
                <w:rFonts w:ascii="Times New Roman" w:hAnsi="Times New Roman"/>
                <w:sz w:val="20"/>
              </w:rPr>
              <w:t>10 ГБ и более</w:t>
            </w:r>
          </w:p>
        </w:tc>
      </w:tr>
      <w:tr w:rsidR="008A313D" w14:paraId="3BDA9B62" w14:textId="77777777">
        <w:trPr>
          <w:jc w:val="center"/>
        </w:trPr>
        <w:tc>
          <w:tcPr>
            <w:tcW w:w="2324" w:type="dxa"/>
            <w:vAlign w:val="center"/>
          </w:tcPr>
          <w:p w14:paraId="6661F257" w14:textId="77777777" w:rsidR="008A313D" w:rsidRDefault="00161FA7">
            <w:r>
              <w:rPr>
                <w:rFonts w:ascii="Times New Roman" w:hAnsi="Times New Roman"/>
                <w:sz w:val="20"/>
              </w:rPr>
              <w:t>Монитор</w:t>
            </w:r>
          </w:p>
        </w:tc>
        <w:tc>
          <w:tcPr>
            <w:tcW w:w="3572" w:type="dxa"/>
            <w:vAlign w:val="center"/>
          </w:tcPr>
          <w:p w14:paraId="569AEE56" w14:textId="77777777" w:rsidR="008A313D" w:rsidRDefault="00161FA7">
            <w:r>
              <w:rPr>
                <w:rFonts w:ascii="Times New Roman" w:hAnsi="Times New Roman"/>
                <w:sz w:val="20"/>
              </w:rPr>
              <w:t>от 1366×768</w:t>
            </w:r>
          </w:p>
        </w:tc>
        <w:tc>
          <w:tcPr>
            <w:tcW w:w="3572" w:type="dxa"/>
            <w:vAlign w:val="center"/>
          </w:tcPr>
          <w:p w14:paraId="10B64751" w14:textId="77777777" w:rsidR="008A313D" w:rsidRDefault="00161FA7">
            <w:r>
              <w:rPr>
                <w:rFonts w:ascii="Times New Roman" w:hAnsi="Times New Roman"/>
                <w:sz w:val="20"/>
              </w:rPr>
              <w:t>1920×1080, диагональ от 19″</w:t>
            </w:r>
          </w:p>
        </w:tc>
      </w:tr>
      <w:tr w:rsidR="008A313D" w14:paraId="0CAD3C30" w14:textId="77777777">
        <w:trPr>
          <w:jc w:val="center"/>
        </w:trPr>
        <w:tc>
          <w:tcPr>
            <w:tcW w:w="2324" w:type="dxa"/>
            <w:vAlign w:val="center"/>
          </w:tcPr>
          <w:p w14:paraId="4C87D7D7" w14:textId="77777777" w:rsidR="008A313D" w:rsidRDefault="00161FA7">
            <w:r>
              <w:rPr>
                <w:rFonts w:ascii="Times New Roman" w:hAnsi="Times New Roman"/>
                <w:sz w:val="20"/>
              </w:rPr>
              <w:t>Операционная система</w:t>
            </w:r>
          </w:p>
        </w:tc>
        <w:tc>
          <w:tcPr>
            <w:tcW w:w="3572" w:type="dxa"/>
            <w:vAlign w:val="center"/>
          </w:tcPr>
          <w:p w14:paraId="127039C3" w14:textId="77777777" w:rsidR="008A313D" w:rsidRDefault="00161FA7">
            <w:r>
              <w:rPr>
                <w:rFonts w:ascii="Times New Roman" w:hAnsi="Times New Roman"/>
                <w:sz w:val="20"/>
              </w:rPr>
              <w:t>Windows 10, 64-bit</w:t>
            </w:r>
          </w:p>
        </w:tc>
        <w:tc>
          <w:tcPr>
            <w:tcW w:w="3572" w:type="dxa"/>
            <w:vAlign w:val="center"/>
          </w:tcPr>
          <w:p w14:paraId="76649B78" w14:textId="77777777" w:rsidR="008A313D" w:rsidRDefault="00161FA7">
            <w:r>
              <w:rPr>
                <w:rFonts w:ascii="Times New Roman" w:hAnsi="Times New Roman"/>
                <w:sz w:val="20"/>
              </w:rPr>
              <w:t>Windows 10/11, 64-bit</w:t>
            </w:r>
          </w:p>
        </w:tc>
      </w:tr>
      <w:tr w:rsidR="008A313D" w:rsidRPr="00DA3962" w14:paraId="05E82609" w14:textId="77777777">
        <w:trPr>
          <w:jc w:val="center"/>
        </w:trPr>
        <w:tc>
          <w:tcPr>
            <w:tcW w:w="2324" w:type="dxa"/>
            <w:vAlign w:val="center"/>
          </w:tcPr>
          <w:p w14:paraId="6CEABEFF" w14:textId="77777777" w:rsidR="008A313D" w:rsidRDefault="00161FA7">
            <w:r>
              <w:rPr>
                <w:rFonts w:ascii="Times New Roman" w:hAnsi="Times New Roman"/>
                <w:sz w:val="20"/>
              </w:rPr>
              <w:t>Браузер</w:t>
            </w:r>
          </w:p>
        </w:tc>
        <w:tc>
          <w:tcPr>
            <w:tcW w:w="3572" w:type="dxa"/>
            <w:vAlign w:val="center"/>
          </w:tcPr>
          <w:p w14:paraId="04AE3A5F" w14:textId="77777777" w:rsidR="008A313D" w:rsidRPr="00DA3962" w:rsidRDefault="00161FA7">
            <w:pPr>
              <w:rPr>
                <w:lang w:val="ru-RU"/>
              </w:rPr>
            </w:pPr>
            <w:r w:rsidRPr="00DA3962">
              <w:rPr>
                <w:rFonts w:ascii="Times New Roman" w:hAnsi="Times New Roman"/>
                <w:sz w:val="20"/>
                <w:lang w:val="ru-RU"/>
              </w:rPr>
              <w:t xml:space="preserve">актуальная версия </w:t>
            </w:r>
            <w:r>
              <w:rPr>
                <w:rFonts w:ascii="Times New Roman" w:hAnsi="Times New Roman"/>
                <w:sz w:val="20"/>
              </w:rPr>
              <w:t>Chrome</w:t>
            </w:r>
            <w:r w:rsidRPr="00DA3962">
              <w:rPr>
                <w:rFonts w:ascii="Times New Roman" w:hAnsi="Times New Roman"/>
                <w:sz w:val="20"/>
                <w:lang w:val="ru-RU"/>
              </w:rPr>
              <w:t xml:space="preserve"> / Яндекс Браузера / </w:t>
            </w:r>
            <w:r>
              <w:rPr>
                <w:rFonts w:ascii="Times New Roman" w:hAnsi="Times New Roman"/>
                <w:sz w:val="20"/>
              </w:rPr>
              <w:t>Edge</w:t>
            </w:r>
          </w:p>
        </w:tc>
        <w:tc>
          <w:tcPr>
            <w:tcW w:w="3572" w:type="dxa"/>
            <w:vAlign w:val="center"/>
          </w:tcPr>
          <w:p w14:paraId="2B01FA32" w14:textId="77777777" w:rsidR="008A313D" w:rsidRPr="00DA3962" w:rsidRDefault="00161FA7">
            <w:pPr>
              <w:rPr>
                <w:lang w:val="ru-RU"/>
              </w:rPr>
            </w:pPr>
            <w:r w:rsidRPr="00DA3962">
              <w:rPr>
                <w:rFonts w:ascii="Times New Roman" w:hAnsi="Times New Roman"/>
                <w:sz w:val="20"/>
                <w:lang w:val="ru-RU"/>
              </w:rPr>
              <w:t xml:space="preserve">актуальная версия </w:t>
            </w:r>
            <w:r>
              <w:rPr>
                <w:rFonts w:ascii="Times New Roman" w:hAnsi="Times New Roman"/>
                <w:sz w:val="20"/>
              </w:rPr>
              <w:t>Google</w:t>
            </w:r>
            <w:r w:rsidRPr="00DA3962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Chrome</w:t>
            </w:r>
            <w:r w:rsidRPr="00DA3962">
              <w:rPr>
                <w:rFonts w:ascii="Times New Roman" w:hAnsi="Times New Roman"/>
                <w:sz w:val="20"/>
                <w:lang w:val="ru-RU"/>
              </w:rPr>
              <w:t xml:space="preserve"> или </w:t>
            </w:r>
            <w:r w:rsidRPr="00DA3962">
              <w:rPr>
                <w:rFonts w:ascii="Times New Roman" w:hAnsi="Times New Roman"/>
                <w:sz w:val="20"/>
                <w:lang w:val="ru-RU"/>
              </w:rPr>
              <w:t>Яндекс Браузера</w:t>
            </w:r>
          </w:p>
        </w:tc>
      </w:tr>
      <w:tr w:rsidR="008A313D" w:rsidRPr="00DA3962" w14:paraId="551869F5" w14:textId="77777777">
        <w:trPr>
          <w:jc w:val="center"/>
        </w:trPr>
        <w:tc>
          <w:tcPr>
            <w:tcW w:w="2324" w:type="dxa"/>
            <w:vAlign w:val="center"/>
          </w:tcPr>
          <w:p w14:paraId="3607E0E4" w14:textId="77777777" w:rsidR="008A313D" w:rsidRDefault="00161FA7">
            <w:proofErr w:type="spellStart"/>
            <w:r>
              <w:rPr>
                <w:rFonts w:ascii="Times New Roman" w:hAnsi="Times New Roman"/>
                <w:sz w:val="20"/>
              </w:rPr>
              <w:t>Интернет</w:t>
            </w:r>
            <w:proofErr w:type="spellEnd"/>
          </w:p>
        </w:tc>
        <w:tc>
          <w:tcPr>
            <w:tcW w:w="3572" w:type="dxa"/>
            <w:vAlign w:val="center"/>
          </w:tcPr>
          <w:p w14:paraId="674B5874" w14:textId="77777777" w:rsidR="008A313D" w:rsidRPr="00DA3962" w:rsidRDefault="00161FA7">
            <w:pPr>
              <w:rPr>
                <w:lang w:val="ru-RU"/>
              </w:rPr>
            </w:pPr>
            <w:r w:rsidRPr="00DA3962">
              <w:rPr>
                <w:rFonts w:ascii="Times New Roman" w:hAnsi="Times New Roman"/>
                <w:sz w:val="20"/>
                <w:lang w:val="ru-RU"/>
              </w:rPr>
              <w:t>стабильное подключение от 5 Мбит/с на ПК</w:t>
            </w:r>
          </w:p>
        </w:tc>
        <w:tc>
          <w:tcPr>
            <w:tcW w:w="3572" w:type="dxa"/>
            <w:vAlign w:val="center"/>
          </w:tcPr>
          <w:p w14:paraId="508D3ADF" w14:textId="77777777" w:rsidR="008A313D" w:rsidRPr="00DA3962" w:rsidRDefault="00161FA7">
            <w:pPr>
              <w:rPr>
                <w:lang w:val="ru-RU"/>
              </w:rPr>
            </w:pPr>
            <w:r w:rsidRPr="00DA3962">
              <w:rPr>
                <w:rFonts w:ascii="Times New Roman" w:hAnsi="Times New Roman"/>
                <w:sz w:val="20"/>
                <w:lang w:val="ru-RU"/>
              </w:rPr>
              <w:t>проводное подключение от 10 Мбит/с на ПК</w:t>
            </w:r>
          </w:p>
        </w:tc>
      </w:tr>
      <w:tr w:rsidR="008A313D" w14:paraId="369B73C5" w14:textId="77777777">
        <w:trPr>
          <w:jc w:val="center"/>
        </w:trPr>
        <w:tc>
          <w:tcPr>
            <w:tcW w:w="2324" w:type="dxa"/>
            <w:vAlign w:val="center"/>
          </w:tcPr>
          <w:p w14:paraId="24A5B9E4" w14:textId="77777777" w:rsidR="008A313D" w:rsidRDefault="00161FA7">
            <w:r>
              <w:rPr>
                <w:rFonts w:ascii="Times New Roman" w:hAnsi="Times New Roman"/>
                <w:sz w:val="20"/>
              </w:rPr>
              <w:t>JavaScript и cookies</w:t>
            </w:r>
          </w:p>
        </w:tc>
        <w:tc>
          <w:tcPr>
            <w:tcW w:w="3572" w:type="dxa"/>
            <w:vAlign w:val="center"/>
          </w:tcPr>
          <w:p w14:paraId="04D92A29" w14:textId="77777777" w:rsidR="008A313D" w:rsidRDefault="00161FA7">
            <w:r>
              <w:rPr>
                <w:rFonts w:ascii="Times New Roman" w:hAnsi="Times New Roman"/>
                <w:sz w:val="20"/>
              </w:rPr>
              <w:t>включены</w:t>
            </w:r>
          </w:p>
        </w:tc>
        <w:tc>
          <w:tcPr>
            <w:tcW w:w="3572" w:type="dxa"/>
            <w:vAlign w:val="center"/>
          </w:tcPr>
          <w:p w14:paraId="1A332191" w14:textId="77777777" w:rsidR="008A313D" w:rsidRDefault="00161FA7">
            <w:r>
              <w:rPr>
                <w:rFonts w:ascii="Times New Roman" w:hAnsi="Times New Roman"/>
                <w:sz w:val="20"/>
              </w:rPr>
              <w:t>включены</w:t>
            </w:r>
          </w:p>
        </w:tc>
      </w:tr>
      <w:tr w:rsidR="008A313D" w14:paraId="57F439F9" w14:textId="77777777">
        <w:trPr>
          <w:jc w:val="center"/>
        </w:trPr>
        <w:tc>
          <w:tcPr>
            <w:tcW w:w="2324" w:type="dxa"/>
            <w:vAlign w:val="center"/>
          </w:tcPr>
          <w:p w14:paraId="04B519F9" w14:textId="77777777" w:rsidR="008A313D" w:rsidRDefault="00161FA7">
            <w:r>
              <w:rPr>
                <w:rFonts w:ascii="Times New Roman" w:hAnsi="Times New Roman"/>
                <w:sz w:val="20"/>
              </w:rPr>
              <w:t>Клавиатура и мышь</w:t>
            </w:r>
          </w:p>
        </w:tc>
        <w:tc>
          <w:tcPr>
            <w:tcW w:w="3572" w:type="dxa"/>
            <w:vAlign w:val="center"/>
          </w:tcPr>
          <w:p w14:paraId="32B20AEC" w14:textId="77777777" w:rsidR="008A313D" w:rsidRDefault="00161FA7">
            <w:r>
              <w:rPr>
                <w:rFonts w:ascii="Times New Roman" w:hAnsi="Times New Roman"/>
                <w:sz w:val="20"/>
              </w:rPr>
              <w:t>исправные</w:t>
            </w:r>
          </w:p>
        </w:tc>
        <w:tc>
          <w:tcPr>
            <w:tcW w:w="3572" w:type="dxa"/>
            <w:vAlign w:val="center"/>
          </w:tcPr>
          <w:p w14:paraId="7359D2AD" w14:textId="77777777" w:rsidR="008A313D" w:rsidRDefault="00161FA7">
            <w:r>
              <w:rPr>
                <w:rFonts w:ascii="Times New Roman" w:hAnsi="Times New Roman"/>
                <w:sz w:val="20"/>
              </w:rPr>
              <w:t>исправные, желательно проводные</w:t>
            </w:r>
          </w:p>
        </w:tc>
      </w:tr>
    </w:tbl>
    <w:p w14:paraId="4ECBD573" w14:textId="5179DEF0" w:rsidR="008A313D" w:rsidRPr="00DA3962" w:rsidRDefault="008A313D">
      <w:pPr>
        <w:spacing w:before="120"/>
        <w:rPr>
          <w:lang w:val="ru-RU"/>
        </w:rPr>
      </w:pPr>
    </w:p>
    <w:sectPr w:rsidR="008A313D" w:rsidRPr="00DA3962" w:rsidSect="00034616"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1FA7"/>
    <w:rsid w:val="0029639D"/>
    <w:rsid w:val="00326F90"/>
    <w:rsid w:val="008A313D"/>
    <w:rsid w:val="00AA1D8D"/>
    <w:rsid w:val="00B47730"/>
    <w:rsid w:val="00CB0664"/>
    <w:rsid w:val="00DA396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8A1372"/>
  <w14:defaultImageDpi w14:val="300"/>
  <w15:docId w15:val="{BD35BABD-5A26-4660-96C6-09CB71724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VIPNET</cp:lastModifiedBy>
  <cp:revision>2</cp:revision>
  <dcterms:created xsi:type="dcterms:W3CDTF">2013-12-23T23:15:00Z</dcterms:created>
  <dcterms:modified xsi:type="dcterms:W3CDTF">2026-09-17T13:19:00Z</dcterms:modified>
  <cp:category/>
</cp:coreProperties>
</file>